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DCE5E" w14:textId="43869217" w:rsidR="002C5208" w:rsidRPr="00B70F7A" w:rsidRDefault="00B70F7A" w:rsidP="00B70F7A">
      <w:pPr>
        <w:rPr>
          <w:sz w:val="24"/>
          <w:szCs w:val="24"/>
        </w:rPr>
      </w:pPr>
      <w:r w:rsidRPr="00B70F7A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791A3C8" wp14:editId="0B7C24A8">
            <wp:simplePos x="0" y="0"/>
            <wp:positionH relativeFrom="margin">
              <wp:posOffset>5029200</wp:posOffset>
            </wp:positionH>
            <wp:positionV relativeFrom="paragraph">
              <wp:posOffset>9525</wp:posOffset>
            </wp:positionV>
            <wp:extent cx="1819656" cy="1170432"/>
            <wp:effectExtent l="0" t="0" r="9525" b="0"/>
            <wp:wrapSquare wrapText="left"/>
            <wp:docPr id="261402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021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656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B70F7A">
        <w:rPr>
          <w:b/>
          <w:sz w:val="28"/>
          <w:szCs w:val="28"/>
        </w:rPr>
        <w:t>Hearth &amp; Home – Help Us Cook This Up!</w:t>
      </w:r>
      <w:r w:rsidRPr="00B70F7A">
        <w:rPr>
          <w:noProof/>
          <w:sz w:val="24"/>
          <w:szCs w:val="24"/>
        </w:rPr>
        <w:t xml:space="preserve"> </w:t>
      </w:r>
      <w:r w:rsidR="00000000" w:rsidRPr="00B70F7A">
        <w:rPr>
          <w:b/>
          <w:sz w:val="24"/>
          <w:szCs w:val="24"/>
        </w:rPr>
        <w:br/>
      </w:r>
      <w:r w:rsidR="00000000" w:rsidRPr="007C07B3">
        <w:rPr>
          <w:b/>
          <w:bCs/>
          <w:sz w:val="24"/>
          <w:szCs w:val="24"/>
        </w:rPr>
        <w:t>Old-Fashioned Days Survey – Bring this to our booth or we'll have one waiting for you.</w:t>
      </w:r>
      <w:r w:rsidR="007C07B3">
        <w:rPr>
          <w:i/>
          <w:iCs/>
          <w:sz w:val="24"/>
          <w:szCs w:val="24"/>
        </w:rPr>
        <w:t xml:space="preserve">  hampshirehistory.org</w:t>
      </w:r>
    </w:p>
    <w:p w14:paraId="65A2B5F3" w14:textId="77777777" w:rsidR="002C5208" w:rsidRDefault="00000000">
      <w:pPr>
        <w:spacing w:after="40"/>
        <w:rPr>
          <w:sz w:val="24"/>
          <w:szCs w:val="24"/>
        </w:rPr>
      </w:pPr>
      <w:r w:rsidRPr="00B70F7A">
        <w:rPr>
          <w:sz w:val="24"/>
          <w:szCs w:val="24"/>
        </w:rPr>
        <w:t>We're building a Hearth &amp; Home community — a place where those who know how and those who wish they did can connect, learn, and share.</w:t>
      </w:r>
    </w:p>
    <w:p w14:paraId="6AA9C459" w14:textId="77777777" w:rsidR="00B70F7A" w:rsidRPr="00B70F7A" w:rsidRDefault="00B70F7A">
      <w:pPr>
        <w:spacing w:after="40"/>
        <w:rPr>
          <w:sz w:val="16"/>
          <w:szCs w:val="16"/>
        </w:rPr>
      </w:pPr>
    </w:p>
    <w:p w14:paraId="7F72A0DA" w14:textId="6B91C0C1" w:rsidR="00B70F7A" w:rsidRPr="00B70F7A" w:rsidRDefault="00000000" w:rsidP="00B70F7A">
      <w:pPr>
        <w:spacing w:after="40"/>
        <w:rPr>
          <w:b/>
          <w:bCs/>
          <w:sz w:val="24"/>
          <w:szCs w:val="24"/>
        </w:rPr>
      </w:pPr>
      <w:r w:rsidRPr="00B70F7A">
        <w:rPr>
          <w:b/>
          <w:bCs/>
          <w:sz w:val="24"/>
          <w:szCs w:val="24"/>
        </w:rPr>
        <w:t>Join us downtown Hampshire at our Old-Fashioned Days booth Saturday, June 6 | 1:00 p.m. – 5:00 p.m.</w:t>
      </w:r>
    </w:p>
    <w:p w14:paraId="48B444EB" w14:textId="6274A0D8" w:rsidR="002C5208" w:rsidRPr="00B70F7A" w:rsidRDefault="00000000">
      <w:pPr>
        <w:rPr>
          <w:sz w:val="24"/>
          <w:szCs w:val="24"/>
        </w:rPr>
      </w:pPr>
      <w:r w:rsidRPr="00B70F7A">
        <w:rPr>
          <w:sz w:val="24"/>
          <w:szCs w:val="24"/>
        </w:rPr>
        <w:t>1. Which best describes you? (check all that apply)</w:t>
      </w:r>
    </w:p>
    <w:p w14:paraId="46C4B626" w14:textId="5DF4B18F" w:rsidR="002C5208" w:rsidRPr="00B70F7A" w:rsidRDefault="00000000" w:rsidP="00563EC5">
      <w:pPr>
        <w:spacing w:after="0"/>
        <w:rPr>
          <w:sz w:val="24"/>
          <w:szCs w:val="24"/>
        </w:rPr>
      </w:pPr>
      <w:r w:rsidRPr="00B70F7A">
        <w:rPr>
          <w:sz w:val="24"/>
          <w:szCs w:val="24"/>
        </w:rPr>
        <w:t xml:space="preserve">☐ I know how to do some of this stuff  </w:t>
      </w:r>
      <w:r w:rsidR="00B70F7A">
        <w:rPr>
          <w:sz w:val="24"/>
          <w:szCs w:val="24"/>
        </w:rPr>
        <w:tab/>
      </w:r>
      <w:r w:rsidRPr="00B70F7A">
        <w:rPr>
          <w:sz w:val="24"/>
          <w:szCs w:val="24"/>
        </w:rPr>
        <w:t>☐ I used to know… it's been a while</w:t>
      </w:r>
    </w:p>
    <w:p w14:paraId="038CB44A" w14:textId="0B3C4C4C" w:rsidR="002C5208" w:rsidRPr="00B70F7A" w:rsidRDefault="00000000" w:rsidP="00563EC5">
      <w:pPr>
        <w:spacing w:after="0"/>
        <w:rPr>
          <w:sz w:val="24"/>
          <w:szCs w:val="24"/>
        </w:rPr>
      </w:pPr>
      <w:r w:rsidRPr="00B70F7A">
        <w:rPr>
          <w:sz w:val="24"/>
          <w:szCs w:val="24"/>
        </w:rPr>
        <w:t xml:space="preserve">☐ I'd love to learn  </w:t>
      </w:r>
      <w:r w:rsidR="00B70F7A">
        <w:rPr>
          <w:sz w:val="24"/>
          <w:szCs w:val="24"/>
        </w:rPr>
        <w:tab/>
      </w:r>
      <w:r w:rsidRPr="00B70F7A">
        <w:rPr>
          <w:sz w:val="24"/>
          <w:szCs w:val="24"/>
        </w:rPr>
        <w:t xml:space="preserve">☐ I'd love to teach  </w:t>
      </w:r>
      <w:r w:rsidR="00B70F7A">
        <w:rPr>
          <w:sz w:val="24"/>
          <w:szCs w:val="24"/>
        </w:rPr>
        <w:tab/>
      </w:r>
      <w:r w:rsidRPr="00B70F7A">
        <w:rPr>
          <w:sz w:val="24"/>
          <w:szCs w:val="24"/>
        </w:rPr>
        <w:t>☐ I came for the conversation</w:t>
      </w:r>
    </w:p>
    <w:p w14:paraId="360BE48E" w14:textId="77777777" w:rsidR="00B70F7A" w:rsidRPr="00B70F7A" w:rsidRDefault="00B70F7A">
      <w:pPr>
        <w:rPr>
          <w:sz w:val="6"/>
          <w:szCs w:val="6"/>
        </w:rPr>
      </w:pPr>
    </w:p>
    <w:p w14:paraId="47ED1E40" w14:textId="7A2A4508" w:rsidR="002C5208" w:rsidRPr="00B70F7A" w:rsidRDefault="00000000">
      <w:pPr>
        <w:rPr>
          <w:sz w:val="24"/>
          <w:szCs w:val="24"/>
        </w:rPr>
      </w:pPr>
      <w:r w:rsidRPr="00B70F7A">
        <w:rPr>
          <w:sz w:val="24"/>
          <w:szCs w:val="24"/>
        </w:rPr>
        <w:t xml:space="preserve">2. </w:t>
      </w:r>
      <w:r w:rsidR="007C07B3">
        <w:rPr>
          <w:sz w:val="24"/>
          <w:szCs w:val="24"/>
        </w:rPr>
        <w:t>What would you like to learn or share?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8"/>
        <w:gridCol w:w="3596"/>
        <w:gridCol w:w="3596"/>
      </w:tblGrid>
      <w:tr w:rsidR="002C5208" w:rsidRPr="00B70F7A" w14:paraId="4F0F0B37" w14:textId="77777777">
        <w:tc>
          <w:tcPr>
            <w:tcW w:w="3600" w:type="dxa"/>
          </w:tcPr>
          <w:p w14:paraId="6EAE4CE5" w14:textId="77777777" w:rsidR="002C5208" w:rsidRPr="00B70F7A" w:rsidRDefault="00000000">
            <w:pPr>
              <w:rPr>
                <w:b/>
                <w:bCs/>
                <w:sz w:val="24"/>
                <w:szCs w:val="24"/>
              </w:rPr>
            </w:pPr>
            <w:r w:rsidRPr="00B70F7A">
              <w:rPr>
                <w:b/>
                <w:bCs/>
                <w:sz w:val="24"/>
                <w:szCs w:val="24"/>
              </w:rPr>
              <w:t>Skill</w:t>
            </w:r>
          </w:p>
        </w:tc>
        <w:tc>
          <w:tcPr>
            <w:tcW w:w="3600" w:type="dxa"/>
          </w:tcPr>
          <w:p w14:paraId="2FC8F09E" w14:textId="77777777" w:rsidR="002C5208" w:rsidRPr="00B70F7A" w:rsidRDefault="00000000">
            <w:pPr>
              <w:rPr>
                <w:b/>
                <w:bCs/>
                <w:sz w:val="24"/>
                <w:szCs w:val="24"/>
              </w:rPr>
            </w:pPr>
            <w:r w:rsidRPr="00B70F7A">
              <w:rPr>
                <w:b/>
                <w:bCs/>
                <w:sz w:val="24"/>
                <w:szCs w:val="24"/>
              </w:rPr>
              <w:t>Learn</w:t>
            </w:r>
          </w:p>
        </w:tc>
        <w:tc>
          <w:tcPr>
            <w:tcW w:w="3600" w:type="dxa"/>
          </w:tcPr>
          <w:p w14:paraId="4AC3A7F4" w14:textId="77777777" w:rsidR="002C5208" w:rsidRPr="00B70F7A" w:rsidRDefault="00000000">
            <w:pPr>
              <w:rPr>
                <w:b/>
                <w:bCs/>
                <w:sz w:val="24"/>
                <w:szCs w:val="24"/>
              </w:rPr>
            </w:pPr>
            <w:r w:rsidRPr="00B70F7A">
              <w:rPr>
                <w:b/>
                <w:bCs/>
                <w:sz w:val="24"/>
                <w:szCs w:val="24"/>
              </w:rPr>
              <w:t>Teach</w:t>
            </w:r>
          </w:p>
        </w:tc>
      </w:tr>
      <w:tr w:rsidR="002C5208" w:rsidRPr="00B70F7A" w14:paraId="261613A4" w14:textId="77777777">
        <w:tc>
          <w:tcPr>
            <w:tcW w:w="3600" w:type="dxa"/>
          </w:tcPr>
          <w:p w14:paraId="0F2E1314" w14:textId="3758A2FA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 xml:space="preserve">Canning &amp; </w:t>
            </w:r>
            <w:proofErr w:type="gramStart"/>
            <w:r w:rsidR="00B70F7A">
              <w:rPr>
                <w:sz w:val="24"/>
                <w:szCs w:val="24"/>
              </w:rPr>
              <w:t>P</w:t>
            </w:r>
            <w:r w:rsidR="00B70F7A" w:rsidRPr="00B70F7A">
              <w:rPr>
                <w:sz w:val="24"/>
                <w:szCs w:val="24"/>
              </w:rPr>
              <w:t>reserving</w:t>
            </w:r>
            <w:proofErr w:type="gramEnd"/>
          </w:p>
        </w:tc>
        <w:tc>
          <w:tcPr>
            <w:tcW w:w="3600" w:type="dxa"/>
          </w:tcPr>
          <w:p w14:paraId="759E8E6D" w14:textId="77777777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>☐</w:t>
            </w:r>
          </w:p>
        </w:tc>
        <w:tc>
          <w:tcPr>
            <w:tcW w:w="3600" w:type="dxa"/>
          </w:tcPr>
          <w:p w14:paraId="5ECAD339" w14:textId="77777777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>☐</w:t>
            </w:r>
          </w:p>
        </w:tc>
      </w:tr>
      <w:tr w:rsidR="002C5208" w:rsidRPr="00B70F7A" w14:paraId="3A53EBD9" w14:textId="77777777">
        <w:tc>
          <w:tcPr>
            <w:tcW w:w="3600" w:type="dxa"/>
          </w:tcPr>
          <w:p w14:paraId="37FC3D91" w14:textId="77777777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>Crocheting / Knitting</w:t>
            </w:r>
          </w:p>
        </w:tc>
        <w:tc>
          <w:tcPr>
            <w:tcW w:w="3600" w:type="dxa"/>
          </w:tcPr>
          <w:p w14:paraId="62D2A5FC" w14:textId="77777777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>☐</w:t>
            </w:r>
          </w:p>
        </w:tc>
        <w:tc>
          <w:tcPr>
            <w:tcW w:w="3600" w:type="dxa"/>
          </w:tcPr>
          <w:p w14:paraId="4636AB3C" w14:textId="77777777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>☐</w:t>
            </w:r>
          </w:p>
        </w:tc>
      </w:tr>
      <w:tr w:rsidR="002C5208" w:rsidRPr="00B70F7A" w14:paraId="3A8319A3" w14:textId="77777777">
        <w:tc>
          <w:tcPr>
            <w:tcW w:w="3600" w:type="dxa"/>
          </w:tcPr>
          <w:p w14:paraId="408BAF83" w14:textId="77777777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>Quilting / Sewing</w:t>
            </w:r>
          </w:p>
        </w:tc>
        <w:tc>
          <w:tcPr>
            <w:tcW w:w="3600" w:type="dxa"/>
          </w:tcPr>
          <w:p w14:paraId="49D8F999" w14:textId="77777777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>☐</w:t>
            </w:r>
          </w:p>
        </w:tc>
        <w:tc>
          <w:tcPr>
            <w:tcW w:w="3600" w:type="dxa"/>
          </w:tcPr>
          <w:p w14:paraId="23EC4796" w14:textId="77777777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>☐</w:t>
            </w:r>
          </w:p>
        </w:tc>
      </w:tr>
      <w:tr w:rsidR="002C5208" w:rsidRPr="00B70F7A" w14:paraId="3C5C260D" w14:textId="77777777">
        <w:tc>
          <w:tcPr>
            <w:tcW w:w="3600" w:type="dxa"/>
          </w:tcPr>
          <w:p w14:paraId="527B5B61" w14:textId="77777777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>Gardening</w:t>
            </w:r>
          </w:p>
        </w:tc>
        <w:tc>
          <w:tcPr>
            <w:tcW w:w="3600" w:type="dxa"/>
          </w:tcPr>
          <w:p w14:paraId="616D77EC" w14:textId="77777777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>☐</w:t>
            </w:r>
          </w:p>
        </w:tc>
        <w:tc>
          <w:tcPr>
            <w:tcW w:w="3600" w:type="dxa"/>
          </w:tcPr>
          <w:p w14:paraId="3F9E70DA" w14:textId="77777777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>☐</w:t>
            </w:r>
          </w:p>
        </w:tc>
      </w:tr>
      <w:tr w:rsidR="002C5208" w:rsidRPr="00B70F7A" w14:paraId="50E9F83F" w14:textId="77777777">
        <w:tc>
          <w:tcPr>
            <w:tcW w:w="3600" w:type="dxa"/>
          </w:tcPr>
          <w:p w14:paraId="362C85CF" w14:textId="77777777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>Baking</w:t>
            </w:r>
          </w:p>
        </w:tc>
        <w:tc>
          <w:tcPr>
            <w:tcW w:w="3600" w:type="dxa"/>
          </w:tcPr>
          <w:p w14:paraId="65161BCE" w14:textId="77777777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>☐</w:t>
            </w:r>
          </w:p>
        </w:tc>
        <w:tc>
          <w:tcPr>
            <w:tcW w:w="3600" w:type="dxa"/>
          </w:tcPr>
          <w:p w14:paraId="1C35A43A" w14:textId="77777777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>☐</w:t>
            </w:r>
          </w:p>
        </w:tc>
      </w:tr>
      <w:tr w:rsidR="002C5208" w:rsidRPr="00B70F7A" w14:paraId="2F552F85" w14:textId="77777777">
        <w:tc>
          <w:tcPr>
            <w:tcW w:w="3600" w:type="dxa"/>
          </w:tcPr>
          <w:p w14:paraId="3AE5650D" w14:textId="77777777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>Other __________</w:t>
            </w:r>
          </w:p>
        </w:tc>
        <w:tc>
          <w:tcPr>
            <w:tcW w:w="3600" w:type="dxa"/>
          </w:tcPr>
          <w:p w14:paraId="0D62673D" w14:textId="77777777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>☐</w:t>
            </w:r>
          </w:p>
        </w:tc>
        <w:tc>
          <w:tcPr>
            <w:tcW w:w="3600" w:type="dxa"/>
          </w:tcPr>
          <w:p w14:paraId="131F3587" w14:textId="77777777" w:rsidR="002C5208" w:rsidRPr="00B70F7A" w:rsidRDefault="00000000">
            <w:pPr>
              <w:rPr>
                <w:sz w:val="24"/>
                <w:szCs w:val="24"/>
              </w:rPr>
            </w:pPr>
            <w:r w:rsidRPr="00B70F7A">
              <w:rPr>
                <w:sz w:val="24"/>
                <w:szCs w:val="24"/>
              </w:rPr>
              <w:t>☐</w:t>
            </w:r>
          </w:p>
        </w:tc>
      </w:tr>
    </w:tbl>
    <w:p w14:paraId="224F7020" w14:textId="77777777" w:rsidR="00B70F7A" w:rsidRPr="00B70F7A" w:rsidRDefault="00B70F7A">
      <w:pPr>
        <w:rPr>
          <w:sz w:val="6"/>
          <w:szCs w:val="6"/>
        </w:rPr>
      </w:pPr>
    </w:p>
    <w:p w14:paraId="720CD2FC" w14:textId="42A73C77" w:rsidR="002C5208" w:rsidRPr="00B70F7A" w:rsidRDefault="00000000">
      <w:pPr>
        <w:rPr>
          <w:sz w:val="24"/>
          <w:szCs w:val="24"/>
        </w:rPr>
      </w:pPr>
      <w:r w:rsidRPr="00B70F7A">
        <w:rPr>
          <w:sz w:val="24"/>
          <w:szCs w:val="24"/>
        </w:rPr>
        <w:t xml:space="preserve">3. </w:t>
      </w:r>
      <w:r w:rsidR="00B70F7A">
        <w:rPr>
          <w:sz w:val="24"/>
          <w:szCs w:val="24"/>
        </w:rPr>
        <w:t xml:space="preserve">Tell us more about what you </w:t>
      </w:r>
      <w:r w:rsidRPr="00B70F7A">
        <w:rPr>
          <w:sz w:val="24"/>
          <w:szCs w:val="24"/>
        </w:rPr>
        <w:t>could teach</w:t>
      </w:r>
      <w:r w:rsidR="00B70F7A">
        <w:rPr>
          <w:sz w:val="24"/>
          <w:szCs w:val="24"/>
        </w:rPr>
        <w:t>, demonstrate</w:t>
      </w:r>
      <w:r w:rsidR="007C07B3">
        <w:rPr>
          <w:sz w:val="24"/>
          <w:szCs w:val="24"/>
        </w:rPr>
        <w:t>,</w:t>
      </w:r>
      <w:r w:rsidRPr="00B70F7A">
        <w:rPr>
          <w:sz w:val="24"/>
          <w:szCs w:val="24"/>
        </w:rPr>
        <w:t xml:space="preserve"> or share someday? </w:t>
      </w:r>
      <w:r w:rsidRPr="00B70F7A">
        <w:rPr>
          <w:i/>
          <w:iCs/>
          <w:sz w:val="24"/>
          <w:szCs w:val="24"/>
        </w:rPr>
        <w:t>(No need to be an expert.)</w:t>
      </w:r>
    </w:p>
    <w:p w14:paraId="71070D4C" w14:textId="449D18AE" w:rsidR="002C5208" w:rsidRPr="00B70F7A" w:rsidRDefault="00000000">
      <w:pPr>
        <w:rPr>
          <w:sz w:val="24"/>
          <w:szCs w:val="24"/>
        </w:rPr>
      </w:pPr>
      <w:r w:rsidRPr="00B70F7A">
        <w:rPr>
          <w:sz w:val="24"/>
          <w:szCs w:val="24"/>
        </w:rPr>
        <w:t>______________________</w:t>
      </w:r>
      <w:r w:rsidR="00B70F7A">
        <w:rPr>
          <w:sz w:val="24"/>
          <w:szCs w:val="24"/>
        </w:rPr>
        <w:t>_________________________________</w:t>
      </w:r>
      <w:r w:rsidRPr="00B70F7A">
        <w:rPr>
          <w:sz w:val="24"/>
          <w:szCs w:val="24"/>
        </w:rPr>
        <w:t>__________________________________</w:t>
      </w:r>
    </w:p>
    <w:p w14:paraId="7D03AB70" w14:textId="77777777" w:rsidR="00B70F7A" w:rsidRPr="00B70F7A" w:rsidRDefault="00B70F7A">
      <w:pPr>
        <w:rPr>
          <w:sz w:val="6"/>
          <w:szCs w:val="6"/>
        </w:rPr>
      </w:pPr>
    </w:p>
    <w:p w14:paraId="36961146" w14:textId="372AB8E3" w:rsidR="002C5208" w:rsidRPr="00B70F7A" w:rsidRDefault="00000000">
      <w:pPr>
        <w:rPr>
          <w:sz w:val="24"/>
          <w:szCs w:val="24"/>
        </w:rPr>
      </w:pPr>
      <w:r w:rsidRPr="00B70F7A">
        <w:rPr>
          <w:sz w:val="24"/>
          <w:szCs w:val="24"/>
        </w:rPr>
        <w:t xml:space="preserve">4. </w:t>
      </w:r>
      <w:r w:rsidR="00B70F7A">
        <w:rPr>
          <w:sz w:val="24"/>
          <w:szCs w:val="24"/>
        </w:rPr>
        <w:t xml:space="preserve">Who taught you something you’ll never forget?  What was it? </w:t>
      </w:r>
    </w:p>
    <w:p w14:paraId="36217D3A" w14:textId="432033D3" w:rsidR="002C5208" w:rsidRPr="00B70F7A" w:rsidRDefault="00000000">
      <w:pPr>
        <w:rPr>
          <w:sz w:val="24"/>
          <w:szCs w:val="24"/>
        </w:rPr>
      </w:pPr>
      <w:r w:rsidRPr="00B70F7A">
        <w:rPr>
          <w:sz w:val="24"/>
          <w:szCs w:val="24"/>
        </w:rPr>
        <w:t>____________________________________</w:t>
      </w:r>
      <w:r w:rsidR="00B70F7A">
        <w:rPr>
          <w:sz w:val="24"/>
          <w:szCs w:val="24"/>
        </w:rPr>
        <w:t>_________________________________</w:t>
      </w:r>
      <w:r w:rsidRPr="00B70F7A">
        <w:rPr>
          <w:sz w:val="24"/>
          <w:szCs w:val="24"/>
        </w:rPr>
        <w:t>____________________</w:t>
      </w:r>
    </w:p>
    <w:p w14:paraId="4FA64C0B" w14:textId="77777777" w:rsidR="00B70F7A" w:rsidRPr="00B70F7A" w:rsidRDefault="00B70F7A">
      <w:pPr>
        <w:rPr>
          <w:sz w:val="6"/>
          <w:szCs w:val="6"/>
        </w:rPr>
      </w:pPr>
    </w:p>
    <w:p w14:paraId="3DCDE8E5" w14:textId="10D4D2C3" w:rsidR="002C5208" w:rsidRPr="00B70F7A" w:rsidRDefault="00000000" w:rsidP="00563EC5">
      <w:pPr>
        <w:spacing w:after="0"/>
        <w:rPr>
          <w:sz w:val="24"/>
          <w:szCs w:val="24"/>
        </w:rPr>
      </w:pPr>
      <w:r w:rsidRPr="00B70F7A">
        <w:rPr>
          <w:sz w:val="24"/>
          <w:szCs w:val="24"/>
        </w:rPr>
        <w:t>5. Be honest… what would get you to show up?</w:t>
      </w:r>
    </w:p>
    <w:p w14:paraId="4C092A7C" w14:textId="77777777" w:rsidR="00563EC5" w:rsidRPr="00563EC5" w:rsidRDefault="00563EC5" w:rsidP="00563EC5">
      <w:pPr>
        <w:spacing w:after="0"/>
        <w:rPr>
          <w:sz w:val="6"/>
          <w:szCs w:val="6"/>
        </w:rPr>
      </w:pPr>
    </w:p>
    <w:p w14:paraId="1F6C7654" w14:textId="141A3252" w:rsidR="002C5208" w:rsidRPr="00B70F7A" w:rsidRDefault="00000000" w:rsidP="00563EC5">
      <w:pPr>
        <w:spacing w:after="0"/>
        <w:rPr>
          <w:sz w:val="24"/>
          <w:szCs w:val="24"/>
        </w:rPr>
      </w:pPr>
      <w:r w:rsidRPr="00B70F7A">
        <w:rPr>
          <w:sz w:val="24"/>
          <w:szCs w:val="24"/>
        </w:rPr>
        <w:t>☐ Hands-on workshops   ☐ Watching and learning (no pressure)</w:t>
      </w:r>
    </w:p>
    <w:p w14:paraId="1F0445E4" w14:textId="062D2223" w:rsidR="002C5208" w:rsidRPr="00B70F7A" w:rsidRDefault="00000000" w:rsidP="00563EC5">
      <w:pPr>
        <w:spacing w:after="0"/>
        <w:rPr>
          <w:sz w:val="24"/>
          <w:szCs w:val="24"/>
        </w:rPr>
      </w:pPr>
      <w:r w:rsidRPr="00B70F7A">
        <w:rPr>
          <w:sz w:val="24"/>
          <w:szCs w:val="24"/>
        </w:rPr>
        <w:t xml:space="preserve">☐ Small, casual groups   ☐ Something unique </w:t>
      </w:r>
      <w:r w:rsidRPr="007C07B3">
        <w:rPr>
          <w:i/>
          <w:iCs/>
          <w:sz w:val="24"/>
          <w:szCs w:val="24"/>
        </w:rPr>
        <w:t>(garden or in-home demonstration</w:t>
      </w:r>
      <w:r w:rsidR="007C07B3" w:rsidRPr="007C07B3">
        <w:rPr>
          <w:i/>
          <w:iCs/>
          <w:sz w:val="24"/>
          <w:szCs w:val="24"/>
        </w:rPr>
        <w:t>, etc.</w:t>
      </w:r>
      <w:r w:rsidRPr="007C07B3">
        <w:rPr>
          <w:i/>
          <w:iCs/>
          <w:sz w:val="24"/>
          <w:szCs w:val="24"/>
        </w:rPr>
        <w:t>)</w:t>
      </w:r>
    </w:p>
    <w:p w14:paraId="01F9F959" w14:textId="77777777" w:rsidR="002C5208" w:rsidRDefault="00000000" w:rsidP="00563EC5">
      <w:pPr>
        <w:spacing w:after="0"/>
        <w:rPr>
          <w:sz w:val="24"/>
          <w:szCs w:val="24"/>
        </w:rPr>
      </w:pPr>
      <w:r w:rsidRPr="00B70F7A">
        <w:rPr>
          <w:sz w:val="24"/>
          <w:szCs w:val="24"/>
        </w:rPr>
        <w:t>☐ Food involved always helps</w:t>
      </w:r>
    </w:p>
    <w:p w14:paraId="1C198A29" w14:textId="77777777" w:rsidR="00B70F7A" w:rsidRPr="00B70F7A" w:rsidRDefault="00B70F7A">
      <w:pPr>
        <w:rPr>
          <w:sz w:val="6"/>
          <w:szCs w:val="6"/>
        </w:rPr>
      </w:pPr>
    </w:p>
    <w:p w14:paraId="6DDF83AD" w14:textId="77777777" w:rsidR="002C5208" w:rsidRPr="00B70F7A" w:rsidRDefault="00000000">
      <w:pPr>
        <w:rPr>
          <w:sz w:val="24"/>
          <w:szCs w:val="24"/>
        </w:rPr>
      </w:pPr>
      <w:r w:rsidRPr="00B70F7A">
        <w:rPr>
          <w:sz w:val="24"/>
          <w:szCs w:val="24"/>
        </w:rPr>
        <w:t>6. Want to stay in the loop?</w:t>
      </w:r>
    </w:p>
    <w:p w14:paraId="32CB7478" w14:textId="6D80050E" w:rsidR="002C5208" w:rsidRPr="00B70F7A" w:rsidRDefault="00000000">
      <w:pPr>
        <w:rPr>
          <w:sz w:val="24"/>
          <w:szCs w:val="24"/>
        </w:rPr>
      </w:pPr>
      <w:r w:rsidRPr="00B70F7A">
        <w:rPr>
          <w:sz w:val="24"/>
          <w:szCs w:val="24"/>
        </w:rPr>
        <w:t>Name ________</w:t>
      </w:r>
      <w:r w:rsidR="00B70F7A">
        <w:rPr>
          <w:sz w:val="24"/>
          <w:szCs w:val="24"/>
        </w:rPr>
        <w:t>_________</w:t>
      </w:r>
      <w:r w:rsidRPr="00B70F7A">
        <w:rPr>
          <w:sz w:val="24"/>
          <w:szCs w:val="24"/>
        </w:rPr>
        <w:t>_______________   Email ______</w:t>
      </w:r>
      <w:r w:rsidR="00B70F7A">
        <w:rPr>
          <w:sz w:val="24"/>
          <w:szCs w:val="24"/>
        </w:rPr>
        <w:t>______________</w:t>
      </w:r>
      <w:r w:rsidRPr="00B70F7A">
        <w:rPr>
          <w:sz w:val="24"/>
          <w:szCs w:val="24"/>
        </w:rPr>
        <w:t>_________________</w:t>
      </w:r>
    </w:p>
    <w:p w14:paraId="70915E8F" w14:textId="77777777" w:rsidR="00563EC5" w:rsidRPr="00563EC5" w:rsidRDefault="00563EC5">
      <w:pPr>
        <w:rPr>
          <w:b/>
          <w:bCs/>
          <w:sz w:val="4"/>
          <w:szCs w:val="4"/>
        </w:rPr>
      </w:pPr>
    </w:p>
    <w:p w14:paraId="03F03EDE" w14:textId="16AFC7D1" w:rsidR="007C07B3" w:rsidRPr="007C07B3" w:rsidRDefault="00000000">
      <w:pPr>
        <w:rPr>
          <w:b/>
          <w:bCs/>
          <w:sz w:val="22"/>
        </w:rPr>
      </w:pPr>
      <w:r w:rsidRPr="00B70F7A">
        <w:rPr>
          <w:b/>
          <w:bCs/>
          <w:sz w:val="24"/>
          <w:szCs w:val="24"/>
        </w:rPr>
        <w:t>Thank you — you're helping us decide what to offer next!</w:t>
      </w:r>
      <w:r w:rsidR="007C07B3">
        <w:rPr>
          <w:b/>
          <w:bCs/>
          <w:sz w:val="24"/>
          <w:szCs w:val="24"/>
        </w:rPr>
        <w:tab/>
      </w:r>
      <w:r w:rsidR="007C07B3">
        <w:rPr>
          <w:b/>
          <w:bCs/>
          <w:sz w:val="24"/>
          <w:szCs w:val="24"/>
        </w:rPr>
        <w:tab/>
      </w:r>
      <w:r w:rsidR="007C07B3">
        <w:rPr>
          <w:b/>
          <w:bCs/>
          <w:sz w:val="24"/>
          <w:szCs w:val="24"/>
        </w:rPr>
        <w:tab/>
      </w:r>
      <w:r w:rsidR="007C07B3" w:rsidRPr="007C07B3">
        <w:rPr>
          <w:b/>
          <w:bCs/>
          <w:sz w:val="22"/>
        </w:rPr>
        <w:t>A STEP BACK IN TIME PROGRAM</w:t>
      </w:r>
    </w:p>
    <w:p w14:paraId="1F86E38A" w14:textId="4B1EA517" w:rsidR="00B70F7A" w:rsidRPr="00B70F7A" w:rsidRDefault="007C07B3" w:rsidP="007C07B3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C433C0E" wp14:editId="3A63E9DC">
            <wp:extent cx="2514600" cy="405581"/>
            <wp:effectExtent l="0" t="0" r="0" b="0"/>
            <wp:docPr id="222390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867" cy="40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0F7A" w:rsidRPr="00B70F7A" w:rsidSect="00034616">
      <w:pgSz w:w="12240" w:h="15840"/>
      <w:pgMar w:top="480" w:right="720" w:bottom="4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3005028">
    <w:abstractNumId w:val="8"/>
  </w:num>
  <w:num w:numId="2" w16cid:durableId="471093245">
    <w:abstractNumId w:val="6"/>
  </w:num>
  <w:num w:numId="3" w16cid:durableId="624889604">
    <w:abstractNumId w:val="5"/>
  </w:num>
  <w:num w:numId="4" w16cid:durableId="125004919">
    <w:abstractNumId w:val="4"/>
  </w:num>
  <w:num w:numId="5" w16cid:durableId="1600606046">
    <w:abstractNumId w:val="7"/>
  </w:num>
  <w:num w:numId="6" w16cid:durableId="1025398528">
    <w:abstractNumId w:val="3"/>
  </w:num>
  <w:num w:numId="7" w16cid:durableId="1195774972">
    <w:abstractNumId w:val="2"/>
  </w:num>
  <w:num w:numId="8" w16cid:durableId="1942370712">
    <w:abstractNumId w:val="1"/>
  </w:num>
  <w:num w:numId="9" w16cid:durableId="2137947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A9B"/>
    <w:rsid w:val="0006063C"/>
    <w:rsid w:val="0015074B"/>
    <w:rsid w:val="0029639D"/>
    <w:rsid w:val="002C5208"/>
    <w:rsid w:val="00326F90"/>
    <w:rsid w:val="00563EC5"/>
    <w:rsid w:val="007C07B3"/>
    <w:rsid w:val="00AA1D8D"/>
    <w:rsid w:val="00B47730"/>
    <w:rsid w:val="00B70F7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60AAC9"/>
  <w14:defaultImageDpi w14:val="300"/>
  <w15:docId w15:val="{00F84D1B-0D75-4794-BD5A-F3EE0171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Susan Thornhill</cp:lastModifiedBy>
  <cp:revision>3</cp:revision>
  <dcterms:created xsi:type="dcterms:W3CDTF">2026-05-30T07:31:00Z</dcterms:created>
  <dcterms:modified xsi:type="dcterms:W3CDTF">2026-05-30T07:33:00Z</dcterms:modified>
  <cp:category/>
</cp:coreProperties>
</file>